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מיון לפי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למיין פעלים לפי גזרה ולנמק את המיון.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🗂️ מיון לפי גזרה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פִּנּוּ, קָנְתָה, יִקְנוּ, צִפּוּ,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אִישַׁן, נוֹעָץ, הוֹרִידָה, יָשַׁבְנוּ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טָסָה, נִזּוֹן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נִגַּשׁ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הֵקִים – ע״ו/י; הִפִּיל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🗂️ מסכם · מיון לפי גזרה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מיון לפי גזרה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לפי גזרה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מבנק המילים בעמודה של הגזרה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צִפּוּ  |  הוֹרִידָה  |  אִישַׁן  |  נִגַּשׁ  |  יָשַׁבְנוּ  |  פִּנּוּ  |  נוֹעָץ  |  יִקְנוּ  |  בָּנוּ  |  נִזּוֹן  |  קָנְתָה  |  טָסָה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הֵקִים והִפִּיל שייכים לאותה גזרה.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מה הסימן?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לאיזו גזרה שייך „הִכַּרְתִּי”?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לאיזו גזרה שייך „הִגַּשְׁנוּ”?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ל״ה/י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לאיזו גזרה שייך „יִפֹּל”?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„שָׁתָה”?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פ״י/ו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הסבר המיון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שני פעלים שמיינתם לעמודות שונות. הסבירו לפי איזה סימן החלטתם.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דגש, אות נחה, „הוא אתמול”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„קָנְתָה”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מיון לפי גזרה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