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מאמן הבלש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🕵️ מאמן הבלש (פ״נ).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הִצִּיל · הפעיל · נשארו: צּ־ל · שורש: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הִפִּיל · הפעיל · נשארו: פּ־ל · שורש: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 · הפעיל · נשארו: בּ־ט · שורש: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הִגִּישׁ · הפעיל · נשארו: גּ־ש · שורש: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פ״נ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מאמן הבלש.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נ־ב־ט  |  נ־ג־ע  |  נ־ג־ש  |  נ־כ־ר  |  נ־ס־ע  |  נ־פ־ל  |  נ־צ־ל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הִפִּילָה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הִפִּיל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הִגַּשְׁנוּ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הִגִּישׁ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נשארו כּ־ר.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גּ־ע.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„הִצִּיל”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מאמן הבלש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