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הִכִּיר · הפעיל · נשארו: כּ־ר · שורש: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הִגִּישׁ · הפעיל · נשארו: גּ־ש · שורש: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 · הפעיל · נשארו: גּ־ע · שורש: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פ״נ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פּ־ל.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„הִגִּיעַ”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