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פ״נ · מאמן הבלש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חמשת צעדי שיטת הבלש עד למציאת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🕵️ מאמן הבלש (פ״נ).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נָפַל · קל · נשארו: נ־פ־ל · שורש: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 · הפעיל · נשארו: צּ־ל · שורש: נ־צ־ל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 · הפעיל · נשארו: גּ־ע · שורש: נ־ג־ע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 · הפעיל · נשארו: פּ־ל · שורש: נ־פ־ל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הִגִּישׁ · הפעיל · נשארו: גּ־ש · שורש: נ־ג־ש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 · הפעיל · נשארו: בּ־ט · שורש: נ־ב־ט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פ״נ · מאמן הבלש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מאמן הבלש – להשוואה: חסרי פ״נ – הנ׳ שנבלעת.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הצעדים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את צעדי הבלש לפי הסדר (1–6).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מעבירים ל„הוא אתמול”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מחליטים איזו אות חסרה או נחה – ואיפה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כותבים את השורש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משמיטים את האותיות המוספיות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סופרים כמה אותיות נשארו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מזהים את הבניין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יִפֹּל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הִצִּיל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הִגִּיעַ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הִגַּשְׁנוּ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צעד ההחלטה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נשארו גּ־ש.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 בסוף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גּ־ש.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 בהתחלה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נשארו כּ־ר.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דוח בלש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פועל אחד מהטבלה וכתבו „דוח חקירה”: מה עשיתם בכל צעד ואיך הגעתם לשורש.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צעד 1–5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הרמז החשוב ביותר?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„הִצִּיל”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פ״נ · מאמן הבלש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