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השלמת משפטים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✍️ השלמת משפטים (פ״נ).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נִגַּשׁ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הִכִּירָה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יִסְעוּ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הִגַּעְנוּ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נ׳ שנבלעה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פ״נ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השלמת משפטים.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עבר  |  הווה  |  עתיד  |  נ־ב־ט  |  נ־ג־ע  |  נ־ג־ש  |  נ־כ־ר  |  נ־ס־ע  |  נ־פ־ל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הוא ___ ללוח בביטחון. (נ־ג־ש, נפעל,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נִגַּשׁ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הִגִּישׁ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היא ___ אותי מיד בכניסה. (נ־כ־ר, הפעיל,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נִכְּרָה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הִכִּירָה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בקיץ הם ___ לסבתא. (נ־ס־ע, קל, עתיד)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יִסְעוּ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נָסְעוּ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אנחנו ___ לבית הספר בשמונה. (נ־ג־ע, הפעיל,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הִגַּעְנוּ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נָגַעְנוּ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האוטובוס הִגִּיעַ בדיוק בזמן.  ←  הפועל: הִגִּיעַ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הכדור נָפַל לשלולית.  ←  הפועל: נָפַל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המציל הִצִּיל את השחיין העייף.  ←  הפועל: הִצִּיל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מסמן הדגש בהִפִּיל?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נ׳ שנבלעה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חסרה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בניין פיעל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באיזה פועל הנ׳ נשמעת?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הִפִּיל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יִפֹּל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„הִפִּילָה”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השלמת משפטים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