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יִסְעוּ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נִגַּשׁ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הִגַּעְנוּ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הִכִּירָה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פ״נ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השלמת משפטים.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המילה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בקיץ הם ___ לסבתא. (נ־ס־ע,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יִסְעוּ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נָסְעוּ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נוֹסְעִים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הוא ___ ללוח בביטחון. (נ־ג־ש,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הִגִּישׁ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נִגַּשׁ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יַגִּישׁ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אנחנו ___ לבית הספר בשמונה. (נ־ג־ע,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מַגִּיעִים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הִגַּעְנוּ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נָגַעְנוּ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יִפֹּל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הִפִּיל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היא ___ אותי מיד בכניסה. (נ־כ־ר,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מַכִּירָה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הִכִּירָה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נִכְּרָה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הִגַּשְׁנוּ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נָסַעְנוּ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הפועל: הִכַּרְתִּי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מסמן הדגש בהִפִּיל?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פועל הנ׳ נשמעת?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„הִגִּיעַ”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השלמת משפטים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